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צרכנות נבונה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דרכים לזהות מבצעים אמיתיים לעומת מלכודות שיווק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חישוב מחיר ליחידה ומע״מ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לתכנן תקציב חודשי ולהבין יתרונות וחסרונות של כרטיס אשראי ומזומן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המחיר לגרם, ליטר או יחידה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מס שמתווסף למחיר המוצר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שלא תכננו ועשינו בלי לחשוב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צריך להשוות מחיר ליחידה, לא רק מחיר כולל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טריק שיווקי נפוץ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אפשר להשוות בין המחיר המובטח למחיר ששולם בפועל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ליחידה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מעמ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רגעית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(כמה עולה גרם, ליטר או יחידה אחת)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(מס שמתווסף למחיר המוצר)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(קנייה בלי תכנון מראש)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(תכנון הוצאות וחיסכון)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לפני קנייה גדולה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לבדוק כמה כסף יש בתקציב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להכין רשימת קניות מראש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להשוות מחיר ליחידה בין מוצרים דומים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לבדוק אם המבצע באמת משתלם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תכלול תיאור מבצע (למשל 1+1 על מוצר יקר, או 'עד גמר המלאי') והסבר למה הוא עלול להטעות (מחיר מנופח מראש, לחץ זמן, כמות גדולה מדי)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יתרונות: נוח, אין צורך לשאת מזומן, מעקב קל אחר הוצאות. חסרונות: קל להוציא יותר מדי, פחות תחושת 'איבוד' כסף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מבין/ה שמחיר ליחידה מאפשר השוואה הוגנת בין מוצרים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הגיונית למבצע מטעה כמו 'רק היום' או אריזה גדולה שלא משתלמת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בדיקת התאמה בין המחיר שהובטח למחיר ששולם בפועל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קבלות אמיתיות (מטושטשות) לתרגול בדיקת קבלה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את תרגיל התקציב לדוגמה מהחיים האמיתיים של התלמידים כמו כסף לבילויים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לקיים דיון קצר על מבצעים שהתלמידים נתקלו בהם בעצמם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צרכנות נבונה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כלים שעוזרים לצרכן ולצרכנית לקבל החלטות קניה חכמות - מזיהוי מבצעים ועד תכנון תקציב.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רגעית  ·  מעמ  ·  ליחידה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זה 'מחיר ליחידה'?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המחיר הכולל על המדבקה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המחיר לגרם, ליטר או יחידה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המחיר אחרי הנחה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מע״מ הוא בעצם: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הנחה שנותנת החנות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מס שמתווסף למחיר המוצר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בונוס על קניה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קנייה רגעית היא קנייה: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שתכננו שבוע מראש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שלא תכננו ועשינו בלי לחשוב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שעשינו עם רשימת קניות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מחיר נמוך על המדף תמיד אומר שהמוצר הכי משתלם ליחידה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כתוב 'רק היום!' נועד ליצור לחץ לקנות מהר בלי לחשוב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קבלה יכולה לעזור לבדוק אם קיבלנו את ההנחה שהובטחה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כדי לדעת איזה מוצר משתלם יותר, משווים את המחיר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המס שמתווסף למחיר המוצר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קנייה שלא תכננו ועשינו בפתאומיות נקראת קנייה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מחיר ליחידה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קנייה בלי תכנון מראש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מע״מ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כמה עולה גרם, ליטר או יחידה אחת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קנייה רגעית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תכנון הוצאות וחיסכון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תקציב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מס שמתווסף למחיר המוצר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- לפני קנייה גדולה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לבדוק אם המבצע באמת משתלם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להשוות מחיר ליחידה בין מוצרים דומים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להכין רשימת קניות מראש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לבדוק כמה כסף יש בתקציב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תארו מבצע שנראה אטרקטיבי אבל עלול להיות מלכודת שיווקית, ולמה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כתבו שני יתרונות ושני חסרונות של תשלום בכרטיס אשראי לעומת מזומן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מחיר כולל למחיר ליחידה?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למבצע שצריך לבדוק אותו בזהירות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צרכנות נבונה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