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לזהות מבצעים אמיתיים לעומת מלכודות שיווק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מחיר ליחידה ומע״מ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תקציב חודשי ולהבין יתרונות וחסרונות של כרטיס אשראי ומזומן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המחיר לגרם, ליטר או יחידה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 שמתווסף למחיר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שלא תכננו ועשינו בלי לחשוב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אריזה גדולה שלרוב משתלמת יותר ליחידה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לתכנן איך לחלק את הכסף בין הוצאות וחיסכון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להשוות מחיר ליחידה, לא רק מחיר כולל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טריק שיווקי נפוץ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אפשר להשוות בין המחיר המובטח למחיר ששולם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לכל אמצעי תשלום יש יתרונות וחסרונות, תלוי במצב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שיעור המע״מ יכול להשתנות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צריך לבדוק את המחיר ליחידה כדי לדעת מה באמת משתלם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(כמה עולה גרם, ליטר או יחידה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(מס שמתווסף למחיר המוצר)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(קנייה בלי תכנון מראש)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(תכנון הוצאות וחיסכון)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(מסמך שמראה מה שילמנו בפועל)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לפני קנייה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כמה כסף יש בתקציב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רשימת קניות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להשוות מחיר ליחידה בין מוצרים דומים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אם המבצע באמת משתלם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לבדוק את הקבלה בסוף הקנייה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תיאור מבצע (למשל 1+1 על מוצר יקר, או 'עד גמר המלאי') והסבר למה הוא עלול להטעות (מחיר מנופח מראש, לחץ זמן, כמות גדולה מדי)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תכלול חלוקה הגיונית (למשל בילויים, חיסכון, הוצאות קבועות) עם נימוק קצר לכל סעיף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יתרונות: נוח, אין צורך לשאת מזומן, מעקב קל אחר הוצאות. חסרונות: קל להוציא יותר מדי, פחות תחושת 'איבוד' 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שמחיר ליחידה מאפשר השוואה הוגנת בין 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למבצע מטעה כמו 'רק היום' או אריזה גדולה שלא משתלמת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התאמה בין המחיר שהובטח למחיר ששולם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קבלות אמיתיות (מטושטשות) לתרגול בדיקת קבלה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התקציב לדוגמה מהחיים האמיתיים של התלמידים כמו כסף לבילויים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על מבצעים שהתלמידים נתקלו בהם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לקנות בחוכמה. נבדוק מבצעים, מחירים ותקציב.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ליחידה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עולה גרם אחד, ליטר אחד או יחידה אחת מהמוצר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 שמתווסף למחיר המוצר ומשולם למדינה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כמה כסף יש וכמה אפשר להוציא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קנייה רגעית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שלא תכננו, בלי לחשוב מראש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הורדת מחיר ממחיר המקור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אריזת 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אריזה גדולה שלרוב (אבל לא תמיד) משתלמת יותר ליחידה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שמראה מה קנינו וכמה שילמנו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מחיר ליחידה?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הכולל על המדבקה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המחיר לגרם, ליטר או יחידה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אחרי הנחה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המחיר לפני שהחנות פתחה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מע״מ?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הנחה שנותנת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 שמתווסף למחיר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בונוס על קניה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מותג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זו קנייה רגעית?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שתכננו שבוע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שלא תכננו ועשינו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שעשינו עם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שבוטלה 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אריזת 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אריזה קטנה וזולה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אריזה גדולה שלרוב משתלמת יותר ליחידה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אריזה שבורה בהנחה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אריזה ללא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טוב לתכנן תקציב?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כל מה שרוצים בלי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לתכנן איך לחלק את הכסף בין הוצאות וחיסכון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להוציא את כל הכסף ביום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להימנע לגמרי מקניות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נמוך על המדף תמיד אומר שהמוצר הכי משתלם ליחידה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כתוב 'רק היום!' נועד ליצור לחץ לקנות מהר בלי לחשוב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קבלה יכולה לעזור לבדוק אם קיבלנו את ההנחה שהובטחה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אשראי מתאים תמיד יותר ממזומן לכל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מע״מ נוסף תמיד למחיר המוצר באופן קבוע ולא משתנה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1+1 תמיד משתלם יותר מקניית פריט אחד בהנחה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לדעת איזה מוצר משתלם יותר, משווים את המחיר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המס שמתווסף למחיר המוצר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קנייה שלא תכננו ועשינו בפתאומיות נקראת קנייה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המסמך שמקבלים בקופה ומראה מה קנינו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תכנון חלוקת הכסף בין הוצאות וחיסכון נקרא __________ חודשי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אריזה גדולה שלרוב משתלמת יותר ליחידה נקראת אריזת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מסמך שמראה מה שילמנו בפועל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קנייה בלי תכנון מראש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קנייה רגעית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תכנון הוצאות וחיסכון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כמה עולה גרם, ליטר או יחידה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 שמתווסף למחיר המוצר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לפני קנייה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המבצע באמת משתלם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הקבלה בסוף הקנייה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רשימת קניות מראש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להשוות מחיר ליחידה בין מוצרים דומים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כמה כסף יש בתקציב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מבצע שנראה אטרקטיבי אבל עלול להיות מלכודת שיווקית,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קיבלתם 400 שקל לחודש. כתבו איך הייתם מחלקים את הסכום בין הוצאות שונות וחיסכון,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שני יתרונות ושני חסרונות של תשלום בכרטיס אשראי לעומת מזומן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מחיר כולל למחיר ליחידה?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למבצע שצריך לבדוק אותו בזהירות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בקבלה אחרי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